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اعداد الاستراتيجية التسويقية وعملياتها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مويزة/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9789957124809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