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التسويق الدوائي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9789957120467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 الدوائي/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