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البيع الشخصي والتسويق المباشر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عبد النبي الطائي/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9789957122423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 المباشر/ البيع الشخصي/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