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ثقافة الخدمة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9789957122966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