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اساسيات ادارة الوقت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الوقت/ ادارة العمل/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