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: في اطار نظم ذكاء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عبد الرزاق الناصر/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المعرفة/ ذكاء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