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الجامعي من منظور 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ادارة المعرفة/ التعليم العالي/ الجامعات/ الاداء الجامعي/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