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الطاقة/ الجودة/ ادارة الانتاج/ المصانع/ التجهيز/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