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ادارة الجودة الشاملة في التعليم الجامعي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مهدي صالح مهدي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الذاكرة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9786589098218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العالي/ الجامعات/ المؤسسات التربوية/ جودة التربية/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