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في العلوم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دباس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9789957124496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العلوم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