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اساسيات التنظيم الصناعي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 عبد الرحيم الهيتي/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الاجتماعية/ التنظيم الصناعي/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