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الهندسة المالية للاعمال الاستراتيجية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العنزي/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9789933914363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المالية/ الهندسة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