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في ميدان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العلوم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