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الازمة المالية الاقتصادية العالمية الراهنة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عبد الفتاح ابوشرار/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صندوق النقد الدولى/ الازمة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