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الاحصاء وتطبيقات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 كريم عبدعون الكناني/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