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طر والتام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دارة الخ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