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الجودة في منظمات الانتاجية والخدمية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9789957121969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ادارة الجودة/ الايزو iso/ ضبط الجودة/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