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المصرفية الاسلامية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