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تصفية الشركات المساهمة العامة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محمود عبد الكريم المساعده/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9789957491536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التجارية/ التصفية/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