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التمكين واقتصاديات الثقة في منظمات اعمال الالفية الثالثة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زكريا مطلك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9789957121693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منظمة الاعمال/ التمكين/ اقتصاديات الثقة/ الالفية الثالثة/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