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السياسات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نزار كاظم الخيكاني/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9789957124762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السياسة النقدية/ الاقتصاد الكلي/ السياسة المالية/ النظريات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