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الزراعي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جدوع الشرفات/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9789957504496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سلوك المستهلك/ التسويق/ الانتاج/ الاداري الاقتصاد/ الاقتصاد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