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رياض العبد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الدولية/ النماذج التنظيرية/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