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الموازنات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مؤيد عبد الرحمن الدوري/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658260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الموازنة العامة/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