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فائزة ابراهيم محمودالغبان/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النفط/ محاسبة البنوك/ محاسبة التأمين/ محاسبة الزراعة/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