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المحاسبة المصرفية : في البنوك التجارية والاسلامية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فؤاد توفيق ياسين/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9789957124472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 التجارية/ البنوك الاسلامية/ محاسبة البنوك/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