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المحاسبية وفاعليتها في ظل الدور الاستراتيجي لمنظمات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محمد الججاوي/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9789957124618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المحاسبي/ الشركة/ نظم المعلومات المحاسبية/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