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المتقدمة ( بين النظرية والتطبيق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طلال الكسار/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السندات/ المحاسبة المتقدمة/ محاسبة الاستثمار/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