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دولة القانون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منذر الشاوي/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الذاكرة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9786589091912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الدولة/ العراق/ القانون/ المجتمع/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