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الادرة العامة : المفاهيم والتطبيقات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