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الاساليب الكمية وبحوث العمليات في الادارة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منعم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658261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البرمجة الخطية/ الاساليب الكمية/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