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comptabilité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Grandguillot; Béatrice/ </w:t>
            </w:r>
          </w:p>
        </w:tc>
      </w:tr>
      <w:tr>
        <w:trPr>
          <w:trHeight w:val="567"/>
        </w:trPr>
        <w:tc>
          <w:tcPr>
            <w:tcW w:type="dxa" w:w="3000"/>
          </w:tcPr>
          <w:p>
            <w:r>
              <w:t>الطبعة</w:t>
            </w:r>
          </w:p>
        </w:tc>
        <w:tc>
          <w:tcPr>
            <w:tcW w:type="dxa" w:w="7000"/>
          </w:tcPr>
          <w:p>
            <w:r>
              <w:t>4.éd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20*17</w:t>
            </w:r>
          </w:p>
        </w:tc>
      </w:tr>
      <w:tr>
        <w:trPr>
          <w:trHeight w:val="567"/>
        </w:trPr>
        <w:tc>
          <w:tcPr>
            <w:tcW w:type="dxa" w:w="3000"/>
          </w:tcPr>
          <w:p>
            <w:r>
              <w:t>ملاحظات عامة</w:t>
            </w:r>
          </w:p>
        </w:tc>
        <w:tc>
          <w:tcPr>
            <w:tcW w:type="dxa" w:w="7000"/>
          </w:tcPr>
          <w:p>
            <w:r>
              <w:t>comptabilité, entreprise, France</w:t>
            </w:r>
          </w:p>
        </w:tc>
      </w:tr>
      <w:tr>
        <w:trPr>
          <w:trHeight w:val="567"/>
        </w:trPr>
        <w:tc>
          <w:tcPr>
            <w:tcW w:type="dxa" w:w="3000"/>
          </w:tcPr>
          <w:p>
            <w:r>
              <w:t>الرقم المعياري</w:t>
            </w:r>
          </w:p>
        </w:tc>
        <w:tc>
          <w:tcPr>
            <w:tcW w:type="dxa" w:w="7000"/>
          </w:tcPr>
          <w:p>
            <w:r>
              <w:t>9782297032889</w:t>
            </w:r>
          </w:p>
        </w:tc>
      </w:tr>
      <w:tr>
        <w:trPr>
          <w:trHeight w:val="567"/>
        </w:trPr>
        <w:tc>
          <w:tcPr>
            <w:tcW w:type="dxa" w:w="3000"/>
          </w:tcPr>
          <w:p>
            <w:r>
              <w:t>الموضوع</w:t>
            </w:r>
          </w:p>
        </w:tc>
        <w:tc>
          <w:tcPr>
            <w:tcW w:type="dxa" w:w="7000"/>
          </w:tcPr>
          <w:p>
            <w:r>
              <w:t xml:space="preserve">Entreprise/ Comptabilité/ France/ </w:t>
            </w:r>
          </w:p>
        </w:tc>
      </w:tr>
    </w:tbl>
    <w:p>
      <w:pPr>
        <w:pStyle w:val="Heading3"/>
      </w:pPr>
      <w:r>
        <w:t>ملخص</w:t>
      </w:r>
    </w:p>
    <w:p>
      <w:r>
        <w:t>Présentation des connaissances requises pour la comptabilisation des opérations de l'entreprise. Principes de la comptabilité dont droit comptable, partie double, plan comptable, organisation comptable, opérations courantes telles que facturation, achats, charges, produits, immobilisations, TVA, emprunts et prêts, et opérations de fin d'exercice : stocks, amortissements et provisions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28/05/2026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