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publique : théorie et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Hindriks/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administration publique, gestion publique, organisation administrative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 Publique/ administration publique/ organisation administrative/ </w:t>
            </w:r>
          </w:p>
        </w:tc>
      </w:tr>
    </w:tbl>
    <w:p>
      <w:pPr>
        <w:pStyle w:val="Heading3"/>
      </w:pPr>
      <w:r>
        <w:t>ملخص</w:t>
      </w:r>
    </w:p>
    <w:p>
      <w:r>
        <w:t>Analyse des principes de gestion du secteur public. A l'aide des concepts d'analyse économique, de valeur ajoutée, d'efficience, d'incitation, d'efficacité, l'auteur fournit des instruments permettant d'établir un management public performant, et de l'évaluer.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