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كلام العرب في التوجيه النحوي للاداة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بكر عبد الله خورشيد/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