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تعدد اللهجات العربية في القراءات القرءانية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سالم نادر عطية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9789957382889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اللهجات/ قراءة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