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شعر ابوفراس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أبو فراس الحمداني/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