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الشرط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قمرية بنت سعيد بن محمد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