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اساسيات اللغة العربية ومهارات الاتصال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فهد خليل زايد/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يافا العلمية/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9789957537739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