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اسئلة الفكر وفضاءات السرد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صالح الشنطي/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