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احسان عباس دراسات في الثقافة والنقد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عباس عبد الحليم عباس/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598ص.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9789957707965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النقد/ الشعر العربي/ الأدب/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