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دلالية بين الارث والتداول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اسراء عامر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9789957304751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