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ابحاث لغوية في لسانيات النص القراني : بين التنظير والتطبيق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أشواق محمد النجار/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334ص.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9789957706951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النقد الأدبي/ التحليل الأدبي/ اللسانيات/ القرآن/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