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الاخطاء الاعرابية : نظرية - 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ابتسام صاحب الزويني/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الأخطاء/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