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الاجماع دراسة في اصول النحو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اسماعيل المشهداني/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9789957555771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النحو العربي/ قواعد 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