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الدرس اللغوي في العربية : المبنى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فتحي نعجة/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البنية اللغوية/ المعجم العربي/ التعذر الإعرابي/ المثال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