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لام الادب الانجليزي في كل العص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ف ن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إنجليزي/ أع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