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اعراب المعلقات السبع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العظيم أحمد صبرة/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9789957302818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المعلقات السبع/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