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وادب الطفل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عودة أبو عراق/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الأدب العربي/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