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الادب العربي في ميزان الاستشراق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9789957832780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الأدب العربي/ الإستشراق/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