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الحديث : مختارات من الشعر والنثر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 خليف جاسم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